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AC5F7" w14:textId="77777777" w:rsidR="00016911" w:rsidRDefault="000B3569" w:rsidP="000B3569">
      <w:pPr>
        <w:pStyle w:val="Nadpis1"/>
        <w:rPr>
          <w:lang w:val="cs-CZ"/>
        </w:rPr>
      </w:pPr>
      <w:r w:rsidRPr="000B3569">
        <w:rPr>
          <w:noProof/>
          <w:lang w:val="cs-CZ"/>
        </w:rPr>
        <w:drawing>
          <wp:inline distT="0" distB="0" distL="0" distR="0" wp14:anchorId="570EC7AD" wp14:editId="2A982E91">
            <wp:extent cx="1311166" cy="861060"/>
            <wp:effectExtent l="0" t="0" r="3810" b="0"/>
            <wp:docPr id="132423280" name="Obrázek 8" descr="Obsah obrázku osoba, oblečení, Lidská tvář, domác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3280" name="Obrázek 8" descr="Obsah obrázku osoba, oblečení, Lidská tvář, domácnos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29" cy="86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  <w:r w:rsidRPr="000B3569">
        <w:rPr>
          <w:noProof/>
          <w:lang w:val="cs-CZ"/>
        </w:rPr>
        <w:drawing>
          <wp:inline distT="0" distB="0" distL="0" distR="0" wp14:anchorId="6D0F2398" wp14:editId="6F52ED8A">
            <wp:extent cx="1287780" cy="859116"/>
            <wp:effectExtent l="0" t="0" r="7620" b="0"/>
            <wp:docPr id="68909563" name="Obrázek 7" descr="Obsah obrázku oblečení, osoba, Lidská tvář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9563" name="Obrázek 7" descr="Obsah obrázku oblečení, osoba, Lidská tvář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76" cy="8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  <w:r w:rsidRPr="000B3569">
        <w:rPr>
          <w:noProof/>
          <w:lang w:val="cs-CZ"/>
        </w:rPr>
        <w:drawing>
          <wp:inline distT="0" distB="0" distL="0" distR="0" wp14:anchorId="78D55FB3" wp14:editId="368102F6">
            <wp:extent cx="1607820" cy="856947"/>
            <wp:effectExtent l="0" t="0" r="0" b="635"/>
            <wp:docPr id="1459853271" name="Obrázek 6" descr="Obsah obrázku venku, Klobouk/čepice proti slunci, osoba, houpací sí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53271" name="Obrázek 6" descr="Obsah obrázku venku, Klobouk/čepice proti slunci, osoba, houpací sí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89" cy="8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  <w:r w:rsidRPr="000B3569">
        <w:rPr>
          <w:noProof/>
          <w:lang w:val="cs-CZ"/>
        </w:rPr>
        <w:drawing>
          <wp:inline distT="0" distB="0" distL="0" distR="0" wp14:anchorId="2CC53C02" wp14:editId="2ACE0D9E">
            <wp:extent cx="853440" cy="853440"/>
            <wp:effectExtent l="0" t="0" r="3810" b="3810"/>
            <wp:docPr id="1316178562" name="Obrázek 5" descr="Obsah obrázku Lidská tvář, kniha, osob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78562" name="Obrázek 5" descr="Obsah obrázku Lidská tvář, kniha, osoba, interié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0F62" w14:textId="4EBAC9DE" w:rsidR="000B3569" w:rsidRPr="000B3569" w:rsidRDefault="00016911" w:rsidP="000B3569">
      <w:pPr>
        <w:pStyle w:val="Nadpis1"/>
        <w:rPr>
          <w:lang w:val="cs-CZ"/>
        </w:rPr>
      </w:pPr>
      <w:r>
        <w:rPr>
          <w:lang w:val="cs-CZ"/>
        </w:rPr>
        <w:t xml:space="preserve">Part 1 - </w:t>
      </w:r>
      <w:r w:rsidR="000B3569" w:rsidRPr="000B3569">
        <w:rPr>
          <w:lang w:val="cs-CZ"/>
        </w:rPr>
        <w:t>Match the word (A–</w:t>
      </w:r>
      <w:r w:rsidR="00F245B8">
        <w:rPr>
          <w:lang w:val="cs-CZ"/>
        </w:rPr>
        <w:t>F</w:t>
      </w:r>
      <w:r w:rsidR="000B3569" w:rsidRPr="000B3569">
        <w:rPr>
          <w:lang w:val="cs-CZ"/>
        </w:rPr>
        <w:t>) with the meaning (1–</w:t>
      </w:r>
      <w:r w:rsidR="00F245B8">
        <w:rPr>
          <w:lang w:val="cs-CZ"/>
        </w:rPr>
        <w:t>6</w:t>
      </w:r>
      <w:r w:rsidR="000B3569" w:rsidRPr="000B3569">
        <w:rPr>
          <w:lang w:val="cs-CZ"/>
        </w:rPr>
        <w:t>).</w:t>
      </w:r>
    </w:p>
    <w:p w14:paraId="7A55DAA5" w14:textId="77777777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t>Words:</w:t>
      </w:r>
      <w:r w:rsidRPr="000B3569">
        <w:rPr>
          <w:lang w:val="cs-CZ"/>
        </w:rPr>
        <w:br/>
        <w:t>A. staycation</w:t>
      </w:r>
      <w:r w:rsidRPr="000B3569">
        <w:rPr>
          <w:lang w:val="cs-CZ"/>
        </w:rPr>
        <w:br/>
        <w:t>B. to 86 somebody/something</w:t>
      </w:r>
      <w:r w:rsidRPr="000B3569">
        <w:rPr>
          <w:lang w:val="cs-CZ"/>
        </w:rPr>
        <w:br/>
        <w:t>C. knit-bone</w:t>
      </w:r>
      <w:r w:rsidRPr="000B3569">
        <w:rPr>
          <w:lang w:val="cs-CZ"/>
        </w:rPr>
        <w:br/>
        <w:t>D. to FaceTime somebody</w:t>
      </w:r>
      <w:r w:rsidRPr="000B3569">
        <w:rPr>
          <w:lang w:val="cs-CZ"/>
        </w:rPr>
        <w:br/>
        <w:t>E. to flatter somebody</w:t>
      </w:r>
      <w:r w:rsidRPr="000B3569">
        <w:rPr>
          <w:lang w:val="cs-CZ"/>
        </w:rPr>
        <w:br/>
        <w:t>F. mountebank</w:t>
      </w:r>
    </w:p>
    <w:p w14:paraId="4AB1E70C" w14:textId="77777777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t>Meanings:</w:t>
      </w:r>
    </w:p>
    <w:p w14:paraId="25F9A1FC" w14:textId="77777777" w:rsidR="000B3569" w:rsidRPr="000B3569" w:rsidRDefault="000B3569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 w:rsidRPr="000B3569">
        <w:rPr>
          <w:lang w:val="cs-CZ"/>
        </w:rPr>
        <w:t>To say nice things (sometimes not true) to make someone feel good.</w:t>
      </w:r>
    </w:p>
    <w:p w14:paraId="74C8063A" w14:textId="77777777" w:rsidR="000B3569" w:rsidRPr="000B3569" w:rsidRDefault="000B3569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 w:rsidRPr="000B3569">
        <w:rPr>
          <w:lang w:val="cs-CZ"/>
        </w:rPr>
        <w:t>To have a holiday at home instead of travelling.</w:t>
      </w:r>
    </w:p>
    <w:p w14:paraId="38A3DC6D" w14:textId="77777777" w:rsidR="000B3569" w:rsidRPr="000B3569" w:rsidRDefault="000B3569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 w:rsidRPr="000B3569">
        <w:rPr>
          <w:lang w:val="cs-CZ"/>
        </w:rPr>
        <w:t>An old word for a trickster or a person who cheats.</w:t>
      </w:r>
    </w:p>
    <w:p w14:paraId="014C1718" w14:textId="77777777" w:rsidR="000B3569" w:rsidRPr="000B3569" w:rsidRDefault="000B3569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 w:rsidRPr="000B3569">
        <w:rPr>
          <w:lang w:val="cs-CZ"/>
        </w:rPr>
        <w:t>To ban, cancel, or throw out.</w:t>
      </w:r>
    </w:p>
    <w:p w14:paraId="5F1EB0DC" w14:textId="77777777" w:rsidR="000B3569" w:rsidRPr="000B3569" w:rsidRDefault="000B3569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 w:rsidRPr="000B3569">
        <w:rPr>
          <w:lang w:val="cs-CZ"/>
        </w:rPr>
        <w:t>A plant once believed to heal broken bones.</w:t>
      </w:r>
    </w:p>
    <w:p w14:paraId="3773CA28" w14:textId="77777777" w:rsidR="000B3569" w:rsidRPr="000B3569" w:rsidRDefault="000B3569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 w:rsidRPr="000B3569">
        <w:rPr>
          <w:lang w:val="cs-CZ"/>
        </w:rPr>
        <w:t>To make a video call with your phone.</w:t>
      </w:r>
    </w:p>
    <w:p w14:paraId="701F247D" w14:textId="6D482666" w:rsidR="00016911" w:rsidRDefault="000169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  <w:r>
        <w:rPr>
          <w:lang w:val="cs-CZ"/>
        </w:rPr>
        <w:br w:type="page"/>
      </w:r>
    </w:p>
    <w:p w14:paraId="75C7C5F2" w14:textId="77777777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lastRenderedPageBreak/>
        <w:t>Part 2 – Fill in the blanks</w:t>
      </w:r>
    </w:p>
    <w:p w14:paraId="0C01BC8B" w14:textId="77777777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t>Use the correct word to complete each sentence.</w:t>
      </w:r>
    </w:p>
    <w:p w14:paraId="39AADC11" w14:textId="77777777" w:rsidR="000B3569" w:rsidRPr="000B3569" w:rsidRDefault="000B3569" w:rsidP="00016911">
      <w:pPr>
        <w:pStyle w:val="Nadpis1"/>
        <w:numPr>
          <w:ilvl w:val="0"/>
          <w:numId w:val="11"/>
        </w:numPr>
        <w:spacing w:before="0"/>
        <w:rPr>
          <w:lang w:val="cs-CZ"/>
        </w:rPr>
      </w:pPr>
      <w:r w:rsidRPr="000B3569">
        <w:rPr>
          <w:lang w:val="cs-CZ"/>
        </w:rPr>
        <w:t>Last summer I couldn’t travel abroad, so I had a __________.</w:t>
      </w:r>
    </w:p>
    <w:p w14:paraId="6AC93B29" w14:textId="77777777" w:rsidR="000B3569" w:rsidRPr="000B3569" w:rsidRDefault="000B3569" w:rsidP="00016911">
      <w:pPr>
        <w:pStyle w:val="Nadpis1"/>
        <w:numPr>
          <w:ilvl w:val="0"/>
          <w:numId w:val="11"/>
        </w:numPr>
        <w:spacing w:before="0"/>
        <w:rPr>
          <w:lang w:val="cs-CZ"/>
        </w:rPr>
      </w:pPr>
      <w:r w:rsidRPr="000B3569">
        <w:rPr>
          <w:lang w:val="cs-CZ"/>
        </w:rPr>
        <w:t>The café had to __________ noisy customers.</w:t>
      </w:r>
    </w:p>
    <w:p w14:paraId="44EF7C92" w14:textId="77777777" w:rsidR="000B3569" w:rsidRPr="000B3569" w:rsidRDefault="000B3569" w:rsidP="00016911">
      <w:pPr>
        <w:pStyle w:val="Nadpis1"/>
        <w:numPr>
          <w:ilvl w:val="0"/>
          <w:numId w:val="11"/>
        </w:numPr>
        <w:spacing w:before="0"/>
        <w:rPr>
          <w:lang w:val="cs-CZ"/>
        </w:rPr>
      </w:pPr>
      <w:r w:rsidRPr="000B3569">
        <w:rPr>
          <w:lang w:val="cs-CZ"/>
        </w:rPr>
        <w:t>My grandma told me that __________ was used in old medicine.</w:t>
      </w:r>
    </w:p>
    <w:p w14:paraId="328ABD70" w14:textId="77777777" w:rsidR="000B3569" w:rsidRPr="000B3569" w:rsidRDefault="000B3569" w:rsidP="00016911">
      <w:pPr>
        <w:pStyle w:val="Nadpis1"/>
        <w:numPr>
          <w:ilvl w:val="0"/>
          <w:numId w:val="11"/>
        </w:numPr>
        <w:spacing w:before="0"/>
        <w:rPr>
          <w:lang w:val="cs-CZ"/>
        </w:rPr>
      </w:pPr>
      <w:r w:rsidRPr="000B3569">
        <w:rPr>
          <w:lang w:val="cs-CZ"/>
        </w:rPr>
        <w:t>I often __________ my friend when I want to see her face.</w:t>
      </w:r>
    </w:p>
    <w:p w14:paraId="0F9247B5" w14:textId="77777777" w:rsidR="000B3569" w:rsidRPr="000B3569" w:rsidRDefault="000B3569" w:rsidP="00016911">
      <w:pPr>
        <w:pStyle w:val="Nadpis1"/>
        <w:numPr>
          <w:ilvl w:val="0"/>
          <w:numId w:val="11"/>
        </w:numPr>
        <w:spacing w:before="0"/>
        <w:rPr>
          <w:lang w:val="cs-CZ"/>
        </w:rPr>
      </w:pPr>
      <w:r w:rsidRPr="000B3569">
        <w:rPr>
          <w:lang w:val="cs-CZ"/>
        </w:rPr>
        <w:t>He always tries to __________ the teacher by saying how nice she looks.</w:t>
      </w:r>
    </w:p>
    <w:p w14:paraId="79D5B24F" w14:textId="77777777" w:rsidR="000B3569" w:rsidRPr="000B3569" w:rsidRDefault="000B3569" w:rsidP="00016911">
      <w:pPr>
        <w:pStyle w:val="Nadpis1"/>
        <w:numPr>
          <w:ilvl w:val="0"/>
          <w:numId w:val="11"/>
        </w:numPr>
        <w:spacing w:before="0"/>
        <w:rPr>
          <w:lang w:val="cs-CZ"/>
        </w:rPr>
      </w:pPr>
      <w:r w:rsidRPr="000B3569">
        <w:rPr>
          <w:lang w:val="cs-CZ"/>
        </w:rPr>
        <w:t>The man selling magic medicine was a real __________.</w:t>
      </w:r>
    </w:p>
    <w:p w14:paraId="16266C73" w14:textId="77777777" w:rsidR="000B3569" w:rsidRPr="000B3569" w:rsidRDefault="00000000" w:rsidP="00016911">
      <w:pPr>
        <w:pStyle w:val="Nadpis1"/>
        <w:spacing w:before="0"/>
        <w:rPr>
          <w:lang w:val="cs-CZ"/>
        </w:rPr>
      </w:pPr>
      <w:r>
        <w:rPr>
          <w:lang w:val="cs-CZ"/>
        </w:rPr>
        <w:pict w14:anchorId="41CBA894">
          <v:rect id="_x0000_i1025" style="width:0;height:1.5pt" o:hralign="center" o:hrstd="t" o:hr="t" fillcolor="#a0a0a0" stroked="f"/>
        </w:pict>
      </w:r>
    </w:p>
    <w:p w14:paraId="5B1B330B" w14:textId="77777777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t>Part 3 – Speaking practice</w:t>
      </w:r>
    </w:p>
    <w:p w14:paraId="3D8220D6" w14:textId="77777777" w:rsidR="000B3569" w:rsidRPr="000B3569" w:rsidRDefault="000B3569" w:rsidP="000B3569">
      <w:pPr>
        <w:pStyle w:val="Nadpis1"/>
        <w:numPr>
          <w:ilvl w:val="0"/>
          <w:numId w:val="12"/>
        </w:numPr>
        <w:rPr>
          <w:lang w:val="cs-CZ"/>
        </w:rPr>
      </w:pPr>
      <w:r w:rsidRPr="000B3569">
        <w:rPr>
          <w:lang w:val="cs-CZ"/>
        </w:rPr>
        <w:t>Which would you prefer: a staycation or travelling abroad? Why?</w:t>
      </w:r>
    </w:p>
    <w:p w14:paraId="4432848A" w14:textId="77777777" w:rsidR="000B3569" w:rsidRPr="000B3569" w:rsidRDefault="000B3569" w:rsidP="000B3569">
      <w:pPr>
        <w:pStyle w:val="Nadpis1"/>
        <w:numPr>
          <w:ilvl w:val="0"/>
          <w:numId w:val="12"/>
        </w:numPr>
        <w:rPr>
          <w:lang w:val="cs-CZ"/>
        </w:rPr>
      </w:pPr>
      <w:r w:rsidRPr="000B3569">
        <w:rPr>
          <w:lang w:val="cs-CZ"/>
        </w:rPr>
        <w:t>When was the last time you used FaceTime (or video call)? Who did you call?</w:t>
      </w:r>
    </w:p>
    <w:p w14:paraId="611370F5" w14:textId="45AB14CD" w:rsidR="000E5E17" w:rsidRDefault="000B3569" w:rsidP="000B3569">
      <w:pPr>
        <w:pStyle w:val="Nadpis1"/>
        <w:numPr>
          <w:ilvl w:val="0"/>
          <w:numId w:val="12"/>
        </w:numPr>
        <w:rPr>
          <w:lang w:val="cs-CZ"/>
        </w:rPr>
      </w:pPr>
      <w:r w:rsidRPr="000B3569">
        <w:rPr>
          <w:lang w:val="cs-CZ"/>
        </w:rPr>
        <w:t>Do you think it’s good or bad to flatter people?</w:t>
      </w:r>
    </w:p>
    <w:p w14:paraId="26C29213" w14:textId="32B02918" w:rsidR="00E825C5" w:rsidRPr="007861DD" w:rsidRDefault="00E825C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</w:p>
    <w:sectPr w:rsidR="00E825C5" w:rsidRPr="007861D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6109C0"/>
    <w:multiLevelType w:val="multilevel"/>
    <w:tmpl w:val="6F72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1A06FB"/>
    <w:multiLevelType w:val="multilevel"/>
    <w:tmpl w:val="FD740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16268C"/>
    <w:multiLevelType w:val="multilevel"/>
    <w:tmpl w:val="FF5AD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D7392A"/>
    <w:multiLevelType w:val="multilevel"/>
    <w:tmpl w:val="63E0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6386649">
    <w:abstractNumId w:val="8"/>
  </w:num>
  <w:num w:numId="2" w16cid:durableId="1932934851">
    <w:abstractNumId w:val="6"/>
  </w:num>
  <w:num w:numId="3" w16cid:durableId="1705406473">
    <w:abstractNumId w:val="5"/>
  </w:num>
  <w:num w:numId="4" w16cid:durableId="1802991010">
    <w:abstractNumId w:val="4"/>
  </w:num>
  <w:num w:numId="5" w16cid:durableId="160701024">
    <w:abstractNumId w:val="7"/>
  </w:num>
  <w:num w:numId="6" w16cid:durableId="355813881">
    <w:abstractNumId w:val="3"/>
  </w:num>
  <w:num w:numId="7" w16cid:durableId="790900419">
    <w:abstractNumId w:val="2"/>
  </w:num>
  <w:num w:numId="8" w16cid:durableId="559949154">
    <w:abstractNumId w:val="1"/>
  </w:num>
  <w:num w:numId="9" w16cid:durableId="379941218">
    <w:abstractNumId w:val="0"/>
  </w:num>
  <w:num w:numId="10" w16cid:durableId="563175106">
    <w:abstractNumId w:val="11"/>
  </w:num>
  <w:num w:numId="11" w16cid:durableId="122578428">
    <w:abstractNumId w:val="9"/>
  </w:num>
  <w:num w:numId="12" w16cid:durableId="813762713">
    <w:abstractNumId w:val="12"/>
  </w:num>
  <w:num w:numId="13" w16cid:durableId="7882840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6911"/>
    <w:rsid w:val="00034616"/>
    <w:rsid w:val="0006063C"/>
    <w:rsid w:val="000B3569"/>
    <w:rsid w:val="000E5E17"/>
    <w:rsid w:val="0015074B"/>
    <w:rsid w:val="0023620D"/>
    <w:rsid w:val="0029639D"/>
    <w:rsid w:val="00326F90"/>
    <w:rsid w:val="007861DD"/>
    <w:rsid w:val="007936AF"/>
    <w:rsid w:val="00AA1D8D"/>
    <w:rsid w:val="00B47730"/>
    <w:rsid w:val="00CB0664"/>
    <w:rsid w:val="00CC6A6B"/>
    <w:rsid w:val="00E825C5"/>
    <w:rsid w:val="00F245B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EF3EDF"/>
  <w14:defaultImageDpi w14:val="300"/>
  <w15:docId w15:val="{E3F51C0F-4A36-4CDB-812F-11C1AE2D7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162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Michaela Bělohlavá</cp:lastModifiedBy>
  <cp:revision>5</cp:revision>
  <dcterms:created xsi:type="dcterms:W3CDTF">2025-09-01T05:56:00Z</dcterms:created>
  <dcterms:modified xsi:type="dcterms:W3CDTF">2025-09-17T12:54:00Z</dcterms:modified>
  <cp:category/>
</cp:coreProperties>
</file>