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AC5F7" w14:textId="041DD1E2" w:rsidR="00016911" w:rsidRDefault="000B3569" w:rsidP="000B3569">
      <w:pPr>
        <w:pStyle w:val="Nadpis1"/>
        <w:rPr>
          <w:lang w:val="cs-CZ"/>
        </w:rPr>
      </w:pPr>
      <w:r>
        <w:rPr>
          <w:lang w:val="cs-CZ"/>
        </w:rPr>
        <w:t xml:space="preserve">   </w:t>
      </w:r>
      <w:r w:rsidR="005B2D7D" w:rsidRPr="00383D3C">
        <w:rPr>
          <w:noProof/>
        </w:rPr>
        <w:drawing>
          <wp:inline distT="0" distB="0" distL="0" distR="0" wp14:anchorId="161DC184" wp14:editId="0E9595A9">
            <wp:extent cx="1668780" cy="1663565"/>
            <wp:effectExtent l="0" t="0" r="7620" b="0"/>
            <wp:docPr id="1392928574" name="Obrázek 1" descr="Obsah obrázku text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928574" name="Obrázek 1" descr="Obsah obrázku text, interiér&#10;&#10;Obsah generovaný pomocí AI může být nesprávný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6844" cy="170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D7D">
        <w:t xml:space="preserve">   </w:t>
      </w:r>
      <w:r w:rsidR="005B2D7D" w:rsidRPr="007469B4">
        <w:rPr>
          <w:noProof/>
        </w:rPr>
        <w:drawing>
          <wp:inline distT="0" distB="0" distL="0" distR="0" wp14:anchorId="1B9B2A6C" wp14:editId="2AB7234A">
            <wp:extent cx="1295400" cy="1799315"/>
            <wp:effectExtent l="0" t="0" r="0" b="0"/>
            <wp:docPr id="535190901" name="Obrázek 1" descr="Obsah obrázku text, oblečení, klobouk, plak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90901" name="Obrázek 1" descr="Obsah obrázku text, oblečení, klobouk, plaká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17436" cy="182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D7D" w:rsidRPr="007469B4">
        <w:rPr>
          <w:noProof/>
        </w:rPr>
        <w:t xml:space="preserve"> </w:t>
      </w:r>
      <w:r w:rsidR="005B2D7D">
        <w:rPr>
          <w:noProof/>
        </w:rPr>
        <w:drawing>
          <wp:inline distT="0" distB="0" distL="0" distR="0" wp14:anchorId="3EF68168" wp14:editId="11CF3E03">
            <wp:extent cx="2225040" cy="1636260"/>
            <wp:effectExtent l="0" t="0" r="3810" b="2540"/>
            <wp:docPr id="106538107" name="Obrázek 1" descr="Obsah obrázku obloha, osoba, Lidská tvář, Módní doplň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38107" name="Obrázek 1" descr="Obsah obrázku obloha, osoba, Lidská tvář, Módní doplň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8156" cy="16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70F62" w14:textId="42E6E292" w:rsidR="000B3569" w:rsidRPr="000B3569" w:rsidRDefault="00016911" w:rsidP="000B3569">
      <w:pPr>
        <w:pStyle w:val="Nadpis1"/>
        <w:rPr>
          <w:lang w:val="cs-CZ"/>
        </w:rPr>
      </w:pPr>
      <w:r>
        <w:rPr>
          <w:lang w:val="cs-CZ"/>
        </w:rPr>
        <w:t xml:space="preserve">Part 1 - </w:t>
      </w:r>
      <w:r w:rsidR="000B3569" w:rsidRPr="000B3569">
        <w:rPr>
          <w:lang w:val="cs-CZ"/>
        </w:rPr>
        <w:t>Match the word (A–</w:t>
      </w:r>
      <w:r w:rsidR="00133988">
        <w:rPr>
          <w:lang w:val="cs-CZ"/>
        </w:rPr>
        <w:t>F</w:t>
      </w:r>
      <w:r w:rsidR="000B3569" w:rsidRPr="000B3569">
        <w:rPr>
          <w:lang w:val="cs-CZ"/>
        </w:rPr>
        <w:t>) with the meaning (1–</w:t>
      </w:r>
      <w:r w:rsidR="00133988">
        <w:rPr>
          <w:lang w:val="cs-CZ"/>
        </w:rPr>
        <w:t>6</w:t>
      </w:r>
      <w:r w:rsidR="000B3569" w:rsidRPr="000B3569">
        <w:rPr>
          <w:lang w:val="cs-CZ"/>
        </w:rPr>
        <w:t>).</w:t>
      </w:r>
    </w:p>
    <w:p w14:paraId="0C541CF5" w14:textId="0709834D" w:rsidR="007A0EFF" w:rsidRPr="007A0EFF" w:rsidRDefault="000B3569" w:rsidP="005B2D7D">
      <w:pPr>
        <w:pStyle w:val="Nadpis1"/>
        <w:spacing w:before="0"/>
        <w:ind w:left="720"/>
        <w:rPr>
          <w:lang w:val="cs-CZ"/>
        </w:rPr>
      </w:pPr>
      <w:r w:rsidRPr="000B3569">
        <w:rPr>
          <w:lang w:val="cs-CZ"/>
        </w:rPr>
        <w:t>Words:</w:t>
      </w:r>
      <w:r w:rsidRPr="000B3569">
        <w:rPr>
          <w:lang w:val="cs-CZ"/>
        </w:rPr>
        <w:br/>
      </w:r>
      <w:r w:rsidR="007A0EFF">
        <w:rPr>
          <w:lang w:val="cs-CZ"/>
        </w:rPr>
        <w:t>A.</w:t>
      </w:r>
      <w:r w:rsidR="007A0EFF" w:rsidRPr="007A0EFF">
        <w:rPr>
          <w:lang w:val="cs-CZ"/>
        </w:rPr>
        <w:t xml:space="preserve"> Flexing </w:t>
      </w:r>
    </w:p>
    <w:p w14:paraId="11E7919D" w14:textId="39CDD499" w:rsidR="007A0EFF" w:rsidRPr="007A0EFF" w:rsidRDefault="007A0EFF" w:rsidP="005B2D7D">
      <w:pPr>
        <w:pStyle w:val="Nadpis1"/>
        <w:spacing w:before="0"/>
        <w:ind w:firstLine="720"/>
        <w:rPr>
          <w:lang w:val="cs-CZ"/>
        </w:rPr>
      </w:pPr>
      <w:r>
        <w:rPr>
          <w:lang w:val="cs-CZ"/>
        </w:rPr>
        <w:t xml:space="preserve">B. </w:t>
      </w:r>
      <w:r w:rsidRPr="007A0EFF">
        <w:rPr>
          <w:lang w:val="cs-CZ"/>
        </w:rPr>
        <w:t xml:space="preserve">Wholesome </w:t>
      </w:r>
    </w:p>
    <w:p w14:paraId="7BC9E6C2" w14:textId="2861BE9C" w:rsidR="007A0EFF" w:rsidRPr="007A0EFF" w:rsidRDefault="007A0EFF" w:rsidP="005B2D7D">
      <w:pPr>
        <w:pStyle w:val="Nadpis1"/>
        <w:spacing w:before="0"/>
        <w:ind w:firstLine="720"/>
        <w:rPr>
          <w:lang w:val="cs-CZ"/>
        </w:rPr>
      </w:pPr>
      <w:r>
        <w:rPr>
          <w:lang w:val="cs-CZ"/>
        </w:rPr>
        <w:t>C.</w:t>
      </w:r>
      <w:r w:rsidRPr="007A0EFF">
        <w:rPr>
          <w:lang w:val="cs-CZ"/>
        </w:rPr>
        <w:t xml:space="preserve"> Highlight </w:t>
      </w:r>
    </w:p>
    <w:p w14:paraId="0BA69F8F" w14:textId="48DA3605" w:rsidR="007A0EFF" w:rsidRPr="007A0EFF" w:rsidRDefault="007A0EFF" w:rsidP="005B2D7D">
      <w:pPr>
        <w:pStyle w:val="Nadpis1"/>
        <w:spacing w:before="0"/>
        <w:ind w:firstLine="720"/>
        <w:rPr>
          <w:lang w:val="cs-CZ"/>
        </w:rPr>
      </w:pPr>
      <w:r>
        <w:rPr>
          <w:lang w:val="cs-CZ"/>
        </w:rPr>
        <w:t>D.</w:t>
      </w:r>
      <w:r w:rsidRPr="007A0EFF">
        <w:rPr>
          <w:lang w:val="cs-CZ"/>
        </w:rPr>
        <w:t xml:space="preserve"> Interest rate</w:t>
      </w:r>
    </w:p>
    <w:p w14:paraId="1243E6D3" w14:textId="7657455D" w:rsidR="007A0EFF" w:rsidRPr="007A0EFF" w:rsidRDefault="007A0EFF" w:rsidP="005B2D7D">
      <w:pPr>
        <w:pStyle w:val="Nadpis1"/>
        <w:spacing w:before="0"/>
        <w:ind w:firstLine="720"/>
        <w:rPr>
          <w:lang w:val="cs-CZ"/>
        </w:rPr>
      </w:pPr>
      <w:r>
        <w:rPr>
          <w:lang w:val="cs-CZ"/>
        </w:rPr>
        <w:t>E.</w:t>
      </w:r>
      <w:r w:rsidRPr="007A0EFF">
        <w:rPr>
          <w:lang w:val="cs-CZ"/>
        </w:rPr>
        <w:t xml:space="preserve"> Wallpaper </w:t>
      </w:r>
    </w:p>
    <w:p w14:paraId="7A55DAA5" w14:textId="0D0D020A" w:rsidR="000B3569" w:rsidRPr="000B3569" w:rsidRDefault="007A0EFF" w:rsidP="005B2D7D">
      <w:pPr>
        <w:pStyle w:val="Nadpis1"/>
        <w:spacing w:before="0"/>
        <w:ind w:firstLine="720"/>
        <w:rPr>
          <w:lang w:val="cs-CZ"/>
        </w:rPr>
      </w:pPr>
      <w:r>
        <w:rPr>
          <w:lang w:val="cs-CZ"/>
        </w:rPr>
        <w:t xml:space="preserve">F. </w:t>
      </w:r>
      <w:r w:rsidRPr="007A0EFF">
        <w:rPr>
          <w:lang w:val="cs-CZ"/>
        </w:rPr>
        <w:t xml:space="preserve"> Fugitive </w:t>
      </w:r>
    </w:p>
    <w:p w14:paraId="4AB1E70C" w14:textId="77777777" w:rsidR="000B3569" w:rsidRPr="000B3569" w:rsidRDefault="000B3569" w:rsidP="000B3569">
      <w:pPr>
        <w:pStyle w:val="Nadpis1"/>
        <w:rPr>
          <w:lang w:val="cs-CZ"/>
        </w:rPr>
      </w:pPr>
      <w:r w:rsidRPr="000B3569">
        <w:rPr>
          <w:lang w:val="cs-CZ"/>
        </w:rPr>
        <w:t>Meanings:</w:t>
      </w:r>
    </w:p>
    <w:p w14:paraId="25F9A1FC" w14:textId="6241EDE0" w:rsidR="000B3569" w:rsidRPr="000B3569" w:rsidRDefault="007A0EFF" w:rsidP="00016911">
      <w:pPr>
        <w:pStyle w:val="Nadpis1"/>
        <w:numPr>
          <w:ilvl w:val="0"/>
          <w:numId w:val="10"/>
        </w:numPr>
        <w:spacing w:before="0"/>
        <w:rPr>
          <w:lang w:val="cs-CZ"/>
        </w:rPr>
      </w:pPr>
      <w:r>
        <w:rPr>
          <w:lang w:val="cs-CZ"/>
        </w:rPr>
        <w:t>H</w:t>
      </w:r>
      <w:r w:rsidRPr="007A0EFF">
        <w:rPr>
          <w:lang w:val="cs-CZ"/>
        </w:rPr>
        <w:t>ealthy, good for you, or good for your mind</w:t>
      </w:r>
      <w:r w:rsidR="000B3569" w:rsidRPr="000B3569">
        <w:rPr>
          <w:lang w:val="cs-CZ"/>
        </w:rPr>
        <w:t>.</w:t>
      </w:r>
    </w:p>
    <w:p w14:paraId="74C8063A" w14:textId="1CFEBFB4" w:rsidR="000B3569" w:rsidRPr="000B3569" w:rsidRDefault="00950FBA" w:rsidP="00016911">
      <w:pPr>
        <w:pStyle w:val="Nadpis1"/>
        <w:numPr>
          <w:ilvl w:val="0"/>
          <w:numId w:val="10"/>
        </w:numPr>
        <w:spacing w:before="0"/>
        <w:rPr>
          <w:lang w:val="cs-CZ"/>
        </w:rPr>
      </w:pPr>
      <w:r>
        <w:rPr>
          <w:lang w:val="cs-CZ"/>
        </w:rPr>
        <w:t>T</w:t>
      </w:r>
      <w:r w:rsidR="007A0EFF" w:rsidRPr="007A0EFF">
        <w:rPr>
          <w:lang w:val="cs-CZ"/>
        </w:rPr>
        <w:t>he extra money the bank asks when you borrow money</w:t>
      </w:r>
      <w:r w:rsidR="000B3569" w:rsidRPr="000B3569">
        <w:rPr>
          <w:lang w:val="cs-CZ"/>
        </w:rPr>
        <w:t>.</w:t>
      </w:r>
    </w:p>
    <w:p w14:paraId="38A3DC6D" w14:textId="69A4E6C7" w:rsidR="000B3569" w:rsidRPr="00133988" w:rsidRDefault="007A0EFF" w:rsidP="00016911">
      <w:pPr>
        <w:pStyle w:val="Nadpis1"/>
        <w:numPr>
          <w:ilvl w:val="0"/>
          <w:numId w:val="10"/>
        </w:numPr>
        <w:spacing w:before="0"/>
        <w:rPr>
          <w:sz w:val="26"/>
          <w:szCs w:val="26"/>
          <w:lang w:val="cs-CZ"/>
        </w:rPr>
      </w:pPr>
      <w:r w:rsidRPr="00133988">
        <w:rPr>
          <w:sz w:val="26"/>
          <w:szCs w:val="26"/>
          <w:lang w:val="cs-CZ"/>
        </w:rPr>
        <w:t>Showing off, showing your strength or something you are proud of</w:t>
      </w:r>
    </w:p>
    <w:p w14:paraId="014C1718" w14:textId="4E0E8B2E" w:rsidR="000B3569" w:rsidRPr="000B3569" w:rsidRDefault="00950FBA" w:rsidP="00016911">
      <w:pPr>
        <w:pStyle w:val="Nadpis1"/>
        <w:numPr>
          <w:ilvl w:val="0"/>
          <w:numId w:val="10"/>
        </w:numPr>
        <w:spacing w:before="0"/>
        <w:rPr>
          <w:lang w:val="cs-CZ"/>
        </w:rPr>
      </w:pPr>
      <w:r>
        <w:rPr>
          <w:lang w:val="cs-CZ"/>
        </w:rPr>
        <w:t>A</w:t>
      </w:r>
      <w:r w:rsidRPr="007A0EFF">
        <w:rPr>
          <w:lang w:val="cs-CZ"/>
        </w:rPr>
        <w:t xml:space="preserve"> person running away from the police</w:t>
      </w:r>
      <w:r w:rsidR="000B3569" w:rsidRPr="000B3569">
        <w:rPr>
          <w:lang w:val="cs-CZ"/>
        </w:rPr>
        <w:t>.</w:t>
      </w:r>
    </w:p>
    <w:p w14:paraId="5F1EB0DC" w14:textId="376DE38F" w:rsidR="000B3569" w:rsidRPr="000B3569" w:rsidRDefault="00950FBA" w:rsidP="00016911">
      <w:pPr>
        <w:pStyle w:val="Nadpis1"/>
        <w:numPr>
          <w:ilvl w:val="0"/>
          <w:numId w:val="10"/>
        </w:numPr>
        <w:spacing w:before="0"/>
        <w:rPr>
          <w:lang w:val="cs-CZ"/>
        </w:rPr>
      </w:pPr>
      <w:r>
        <w:rPr>
          <w:lang w:val="cs-CZ"/>
        </w:rPr>
        <w:t>T</w:t>
      </w:r>
      <w:r w:rsidR="007A0EFF" w:rsidRPr="007A0EFF">
        <w:rPr>
          <w:lang w:val="cs-CZ"/>
        </w:rPr>
        <w:t>he best or most important part</w:t>
      </w:r>
      <w:r w:rsidR="000B3569" w:rsidRPr="000B3569">
        <w:rPr>
          <w:lang w:val="cs-CZ"/>
        </w:rPr>
        <w:t>.</w:t>
      </w:r>
    </w:p>
    <w:p w14:paraId="3773CA28" w14:textId="0DDF35E3" w:rsidR="000B3569" w:rsidRPr="000B3569" w:rsidRDefault="00950FBA" w:rsidP="00016911">
      <w:pPr>
        <w:pStyle w:val="Nadpis1"/>
        <w:numPr>
          <w:ilvl w:val="0"/>
          <w:numId w:val="10"/>
        </w:numPr>
        <w:spacing w:before="0"/>
        <w:rPr>
          <w:lang w:val="cs-CZ"/>
        </w:rPr>
      </w:pPr>
      <w:r>
        <w:rPr>
          <w:lang w:val="cs-CZ"/>
        </w:rPr>
        <w:t>P</w:t>
      </w:r>
      <w:r w:rsidR="007A0EFF" w:rsidRPr="007A0EFF">
        <w:rPr>
          <w:lang w:val="cs-CZ"/>
        </w:rPr>
        <w:t>aper or picture you put on a wall or phone screen</w:t>
      </w:r>
      <w:r w:rsidR="000B3569" w:rsidRPr="000B3569">
        <w:rPr>
          <w:lang w:val="cs-CZ"/>
        </w:rPr>
        <w:t>.</w:t>
      </w:r>
    </w:p>
    <w:p w14:paraId="701F247D" w14:textId="6D482666" w:rsidR="00016911" w:rsidRDefault="0001691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cs-CZ"/>
        </w:rPr>
      </w:pPr>
      <w:r>
        <w:rPr>
          <w:lang w:val="cs-CZ"/>
        </w:rPr>
        <w:br w:type="page"/>
      </w:r>
    </w:p>
    <w:p w14:paraId="0C01BC8B" w14:textId="71881AE0" w:rsidR="000B3569" w:rsidRPr="000B3569" w:rsidRDefault="000B3569" w:rsidP="000B3569">
      <w:pPr>
        <w:pStyle w:val="Nadpis1"/>
        <w:rPr>
          <w:lang w:val="cs-CZ"/>
        </w:rPr>
      </w:pPr>
      <w:r w:rsidRPr="000B3569">
        <w:rPr>
          <w:lang w:val="cs-CZ"/>
        </w:rPr>
        <w:lastRenderedPageBreak/>
        <w:t>Part 2 – Fill in the blanks</w:t>
      </w:r>
    </w:p>
    <w:p w14:paraId="47AF5C26" w14:textId="77777777" w:rsidR="005B2D7D" w:rsidRPr="005B2D7D" w:rsidRDefault="005B2D7D" w:rsidP="005B2D7D">
      <w:pPr>
        <w:pStyle w:val="Nadpis1"/>
        <w:spacing w:before="0"/>
        <w:rPr>
          <w:lang w:val="cs-CZ"/>
        </w:rPr>
      </w:pPr>
      <w:r w:rsidRPr="005B2D7D">
        <w:rPr>
          <w:lang w:val="cs-CZ"/>
        </w:rPr>
        <w:t>1. My grandma made a very ________ soup with vegetables.</w:t>
      </w:r>
    </w:p>
    <w:p w14:paraId="2D6EF6E5" w14:textId="77777777" w:rsidR="005B2D7D" w:rsidRPr="005B2D7D" w:rsidRDefault="005B2D7D" w:rsidP="005B2D7D">
      <w:pPr>
        <w:pStyle w:val="Nadpis1"/>
        <w:spacing w:before="0"/>
        <w:rPr>
          <w:lang w:val="cs-CZ"/>
        </w:rPr>
      </w:pPr>
      <w:r w:rsidRPr="005B2D7D">
        <w:rPr>
          <w:lang w:val="cs-CZ"/>
        </w:rPr>
        <w:t>2. The police are looking for a ________.</w:t>
      </w:r>
    </w:p>
    <w:p w14:paraId="150287E9" w14:textId="77777777" w:rsidR="005B2D7D" w:rsidRPr="005B2D7D" w:rsidRDefault="005B2D7D" w:rsidP="005B2D7D">
      <w:pPr>
        <w:pStyle w:val="Nadpis1"/>
        <w:spacing w:before="0"/>
        <w:rPr>
          <w:lang w:val="cs-CZ"/>
        </w:rPr>
      </w:pPr>
      <w:r w:rsidRPr="005B2D7D">
        <w:rPr>
          <w:lang w:val="cs-CZ"/>
        </w:rPr>
        <w:t>3. The best ________ of the trip was meeting new friends.</w:t>
      </w:r>
    </w:p>
    <w:p w14:paraId="1D24AB85" w14:textId="77777777" w:rsidR="005B2D7D" w:rsidRPr="005B2D7D" w:rsidRDefault="005B2D7D" w:rsidP="005B2D7D">
      <w:pPr>
        <w:pStyle w:val="Nadpis1"/>
        <w:spacing w:before="0"/>
        <w:rPr>
          <w:lang w:val="cs-CZ"/>
        </w:rPr>
      </w:pPr>
      <w:r w:rsidRPr="005B2D7D">
        <w:rPr>
          <w:lang w:val="cs-CZ"/>
        </w:rPr>
        <w:t>4. He is ________ his muscles in the mirror.</w:t>
      </w:r>
    </w:p>
    <w:p w14:paraId="22D4D7CC" w14:textId="77777777" w:rsidR="005B2D7D" w:rsidRPr="005B2D7D" w:rsidRDefault="005B2D7D" w:rsidP="005B2D7D">
      <w:pPr>
        <w:pStyle w:val="Nadpis1"/>
        <w:spacing w:before="0"/>
        <w:rPr>
          <w:lang w:val="cs-CZ"/>
        </w:rPr>
      </w:pPr>
      <w:r w:rsidRPr="005B2D7D">
        <w:rPr>
          <w:lang w:val="cs-CZ"/>
        </w:rPr>
        <w:t>5. The bank increased the ________ on my loan.</w:t>
      </w:r>
    </w:p>
    <w:p w14:paraId="7C0E24EA" w14:textId="34D49FB6" w:rsidR="000B3569" w:rsidRPr="000B3569" w:rsidRDefault="005B2D7D" w:rsidP="00C51B38">
      <w:pPr>
        <w:pStyle w:val="Nadpis1"/>
        <w:spacing w:before="0"/>
        <w:rPr>
          <w:lang w:val="cs-CZ"/>
        </w:rPr>
      </w:pPr>
      <w:r w:rsidRPr="005B2D7D">
        <w:rPr>
          <w:lang w:val="cs-CZ"/>
        </w:rPr>
        <w:t>6. I put a new ________ on my phone yesterday</w:t>
      </w:r>
    </w:p>
    <w:p w14:paraId="69614FA9" w14:textId="77777777" w:rsidR="005B2D7D" w:rsidRDefault="005B2D7D"/>
    <w:sectPr w:rsidR="005B2D7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06109C0"/>
    <w:multiLevelType w:val="multilevel"/>
    <w:tmpl w:val="6F72D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1A06FB"/>
    <w:multiLevelType w:val="multilevel"/>
    <w:tmpl w:val="FD740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816268C"/>
    <w:multiLevelType w:val="multilevel"/>
    <w:tmpl w:val="FF5ADA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2" w15:restartNumberingAfterBreak="0">
    <w:nsid w:val="3CD7392A"/>
    <w:multiLevelType w:val="multilevel"/>
    <w:tmpl w:val="63E0F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6386649">
    <w:abstractNumId w:val="8"/>
  </w:num>
  <w:num w:numId="2" w16cid:durableId="1932934851">
    <w:abstractNumId w:val="6"/>
  </w:num>
  <w:num w:numId="3" w16cid:durableId="1705406473">
    <w:abstractNumId w:val="5"/>
  </w:num>
  <w:num w:numId="4" w16cid:durableId="1802991010">
    <w:abstractNumId w:val="4"/>
  </w:num>
  <w:num w:numId="5" w16cid:durableId="160701024">
    <w:abstractNumId w:val="7"/>
  </w:num>
  <w:num w:numId="6" w16cid:durableId="355813881">
    <w:abstractNumId w:val="3"/>
  </w:num>
  <w:num w:numId="7" w16cid:durableId="790900419">
    <w:abstractNumId w:val="2"/>
  </w:num>
  <w:num w:numId="8" w16cid:durableId="559949154">
    <w:abstractNumId w:val="1"/>
  </w:num>
  <w:num w:numId="9" w16cid:durableId="379941218">
    <w:abstractNumId w:val="0"/>
  </w:num>
  <w:num w:numId="10" w16cid:durableId="563175106">
    <w:abstractNumId w:val="11"/>
  </w:num>
  <w:num w:numId="11" w16cid:durableId="122578428">
    <w:abstractNumId w:val="9"/>
  </w:num>
  <w:num w:numId="12" w16cid:durableId="813762713">
    <w:abstractNumId w:val="12"/>
  </w:num>
  <w:num w:numId="13" w16cid:durableId="7882840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6911"/>
    <w:rsid w:val="00034616"/>
    <w:rsid w:val="0006063C"/>
    <w:rsid w:val="000B3569"/>
    <w:rsid w:val="000B568E"/>
    <w:rsid w:val="000E5E17"/>
    <w:rsid w:val="00133988"/>
    <w:rsid w:val="0015074B"/>
    <w:rsid w:val="0029639D"/>
    <w:rsid w:val="002C79DE"/>
    <w:rsid w:val="00301CE6"/>
    <w:rsid w:val="00326F90"/>
    <w:rsid w:val="005B2D7D"/>
    <w:rsid w:val="007A0EFF"/>
    <w:rsid w:val="008817F2"/>
    <w:rsid w:val="00950FBA"/>
    <w:rsid w:val="00AA1D8D"/>
    <w:rsid w:val="00B47730"/>
    <w:rsid w:val="00C51B38"/>
    <w:rsid w:val="00C65C1F"/>
    <w:rsid w:val="00CB0664"/>
    <w:rsid w:val="00CC6A6B"/>
    <w:rsid w:val="00E825C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EF3EDF"/>
  <w14:defaultImageDpi w14:val="300"/>
  <w15:docId w15:val="{E3F51C0F-4A36-4CDB-812F-11C1AE2D7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18BF"/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18BF"/>
  </w:style>
  <w:style w:type="paragraph" w:styleId="Bezmezer">
    <w:name w:val="No Spacing"/>
    <w:uiPriority w:val="1"/>
    <w:qFormat/>
    <w:rsid w:val="00FC693F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A1D8D"/>
  </w:style>
  <w:style w:type="paragraph" w:styleId="Zkladntext2">
    <w:name w:val="Body Text 2"/>
    <w:basedOn w:val="Normln"/>
    <w:link w:val="Zkladntext2Char"/>
    <w:uiPriority w:val="99"/>
    <w:unhideWhenUsed/>
    <w:rsid w:val="00AA1D8D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AA1D8D"/>
  </w:style>
  <w:style w:type="paragraph" w:styleId="Zkladntext3">
    <w:name w:val="Body Text 3"/>
    <w:basedOn w:val="Normln"/>
    <w:link w:val="Zkladn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A1D8D"/>
    <w:rPr>
      <w:sz w:val="16"/>
      <w:szCs w:val="16"/>
    </w:r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Seznam2">
    <w:name w:val="List 2"/>
    <w:basedOn w:val="Normln"/>
    <w:uiPriority w:val="99"/>
    <w:unhideWhenUsed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5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7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rsid w:val="0029639D"/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113</Words>
  <Characters>668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Michaela Bělohlavá</cp:lastModifiedBy>
  <cp:revision>7</cp:revision>
  <dcterms:created xsi:type="dcterms:W3CDTF">2025-09-10T16:19:00Z</dcterms:created>
  <dcterms:modified xsi:type="dcterms:W3CDTF">2025-09-17T12:54:00Z</dcterms:modified>
  <cp:category/>
</cp:coreProperties>
</file>